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№129 от 15.03.2022г.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Исключены по решению Правления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 от 25.01.2022г.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620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486 от 05.11.2020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418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718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601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№289 от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12.03.2019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