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 от 01.03.2022г.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78 от 25.02.2019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21.02.2018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