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№655 от 14.12.2021г.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554 от 12.10.2021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16.12.2021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354 от 30.07.2021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14.10.2021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265 от 25.05.2021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195 от 19.04.2021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27.05.2021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21 от 20.01.2021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Возобновлено с 21.01.2021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520 от 09.12.2020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25.02.2021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446 от 07.10.2020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10.12.2020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353 от 05.08.2020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08.10.2020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290 от 14.07.2020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 рассмотрении дисциплинарной комиссии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258 от 03.06.2020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06.08.2020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124 от 18.03.2020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04.06.2020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