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583 от 19.11.2021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476 от 13.11.2020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