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513 от 27.09.2021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715 от 18.12.2019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640 от 12.11.2019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