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463 от 17.09.2021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№382 от 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465 от 05.09.2019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441 от 06.09.2018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168 от 07.09.2017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184 от 16.09.2016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229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131 от 16.09.2015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11.09.2014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12.09.2013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145 от 30.08.2012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