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456 от 08.09.2021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349 от 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459 от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603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431 от 06.09.2018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459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334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