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409 от 20.08.2021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20.08.2021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№323 от 20.08.2020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20.08.2020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