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348 от 14.07.2021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280 от 24.07.2020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389 от 16.07.2019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354 от 16.07.2018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267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16.08.2017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17.08.2016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117 от 24.08.2015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121 от 19.08.2014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124 от 20.08.2013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131 от 07.08.2012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