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327 от 25.06.2021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420 от 29.09.2020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368 от 28.08.2020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30.09.2020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613 от 23.10.2019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475 от 09.08.2019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24.10.2019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№290 от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09.08.2019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19.03.2019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31.05.2019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