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293 от 21.06.2021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242 от 17.06.2020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328 от 17.06.2019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287 от 25.06.2018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