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319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192 от 06.04.2021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437 от 15.10.2020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