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394 от 29.09.2020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509 от 24.09.2019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221 от 10.04.2019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11.04.2019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51 от 25.01.2019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11.04.2019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