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416 от 23.09.2020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529 от 06.09.2019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362 от 21.06.2019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06.09.2019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203 от 09.04.2019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21.06.2019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