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142 от 06.04.2020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76 от 19.02.2020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03.04.2020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717 от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512 от 30.09.2019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496 от 23.08.2019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№353 от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165 от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671 от 21.12.2018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475 от 14.09.2018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21.12.2018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172 от 13.09.2017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63 от 04.04.2017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187 от 21.09.2016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26\1 от 04.03.2016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135 от 16.10.2015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139 от 25.09.2014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143 от 26.09.2013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150 от 13.09.2012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