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111 от 17.03.2020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17.03.2020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487 от 21.08.2019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109 от 18.03.2019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18.03.2019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