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 от 24.01.2020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498 от 27.08.2019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27.08.2019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468 от 07.08.2019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№284 от 29.05.2019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