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40 от 24.01.2020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507 от 19.09.2019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