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728 от 25.12.2019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624 от 30.10.2019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494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31.10.2019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