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727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№673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501 от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326 от 14.06.2019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284 от 22.06.2018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173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360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