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720 от 25.12.2019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Добровольный выход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608 от 23.10.2019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477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358 от 19.06.2019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228 от 12.04.2019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