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№675 от 06.11.2019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609 от 23.10.2019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481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322 от 13.06.2019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168 от 26.03.2019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279 от 20.06.2018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92 от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277 от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