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604 от 09.10.2019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473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№301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191 от 18.04.2019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224 от 10.04.2019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