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524 от 27.09.2019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482 от 04.10.2018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183 от 05.10.2017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