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5 от 25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9 от 25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1 от 2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