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495 от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№348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159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647 от 25.12.2018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320 от 12.01.2018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288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13.01.2017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130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16.01.2016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12.01.2015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15.01.2012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