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437 от 09.08.2019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402 от 20.08.2018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275 от 17.11.2017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148 от 04.09.2017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17.11.2017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