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367 от 03.07.2019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04.07.2019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282 от 15.05.2019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84 от 01.03.2019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76 от 01.03.2018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