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335 от 24.06.2019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295 от 02.07.2018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263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163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