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209 от 26.04.2019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189 от 23.04.2018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