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04.04.2019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12.04.2018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12.04.2017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11.04.2016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09.04.2015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04.04.2014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22.03.2013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23.03.2012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