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156 от 20.03.2019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611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468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344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239 от 04.06.2018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176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279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