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 от 30.01.2019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 от 07.02.2018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243 от 31.10.2017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