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 от 23.01.2019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Добровольный выход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606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462 от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337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