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643 от 21.12.2018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500 от 03.10.2018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348 от 19.06.2018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04.10.2018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204 от 06.04.2018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20.06.2018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318 от 09.01.2018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06.04.2018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244 от 10.01.2017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194 от 14.01.2016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208 от 31.12.2014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