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520 от 29.10.2018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Добровольный выход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