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453 от 15.08.2018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271 от 25.05.2018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132 от 27.03.2018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