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445 от 08.08.2018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265 от 23.05.2018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115 от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305 от 01.12.2017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175 от 25.09.2017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01.12.2017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212 от 31.10.2016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190 от 26.09.2016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25 от 09.02.2016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234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138 от 06.10.2015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30.12.2015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142 от 06.10.2014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147 от 07.10.2013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154 от 24.09.2012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