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365 от 16.07.2018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 от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26.07.2017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125 от 10.06.2016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23.07.2015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22.07.2014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23.07.2013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