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309 от 09.07.2018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Исключен из состава членов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