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W w:type="auto" w:w="0"/>
        <w:tblLook w:firstColumn="1" w:firstRow="1" w:lastColumn="0" w:lastRow="0" w:noHBand="0" w:noVBand="1" w:val="04A0"/>
      </w:tblPr>
      <w:tblGrid>
        <w:gridCol w:w="1728"/>
        <w:gridCol w:w="1728"/>
        <w:gridCol w:w="1728"/>
        <w:gridCol w:w="1728"/>
        <w:gridCol w:w="1728"/>
      </w:tblGrid>
      <w:tr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Заголовок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Дата решения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Месяц, год проверки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Перечень мер дисциплинарного воздействия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/>
                <w:sz w:val="24"/>
              </w:rPr>
              <w:t>Результат проверки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263 от 23.05.2018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23.05.2018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05.2018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Исключен из состава членов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117 от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02.03.2018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03.2018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Рекомендация Правлению об исключении из состава А "СО "СЧ"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внеплановой проверки № 307 от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01.12.2017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12.2017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02.03.2018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  <w:tr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Акт плановой проверки № 178 от 28.09.2017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28.09.2017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09.2017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Предписание: устранить нарушение в срок до 01.12.2017 г.</w:t>
            </w:r>
          </w:p>
        </w:tc>
        <w:tc>
          <w:tcPr>
            <w:tcW w:type="dxa" w:w="1728"/>
          </w:tcPr>
          <w:p>
            <w:r>
              <w:rPr>
                <w:rFonts w:ascii="Times New Roman" w:hAnsi="Times New Roman"/>
                <w:b w:val="0"/>
                <w:sz w:val="24"/>
              </w:rPr>
              <w:t>Нарушения имеются</w:t>
            </w:r>
          </w:p>
        </w:tc>
      </w:tr>
    </w:tbl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