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221 от 11.05.2018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46 от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252 от 31.10.2017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64 от 18.05.2017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97 от 19.05.2016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62 от 14.05.2015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