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354 от 26.12.2017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26.12.2017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23.03.2018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