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215 от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Вынесена рекомендация в Правление А "СО "СЧ" об исключении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128 от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100 от 17.07.2017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57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206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15.07.2016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88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214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 от 15.07.2015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 от 06.03.2015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91 от 02.07.2014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90 от 18.07.2013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100 от 03.07.2012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