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03.07.2017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Исключены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Рекомедовать общему собранию принять меры дисциплинарного воздействия.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01.07.2016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01.07.2014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