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196 от 17.10.2016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152 от 15.10.2015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14.10.2014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151 от 15.10.2013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159 от 02.10.2012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