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 от 25.01.2016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прекращено.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165 от 17.11.2015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приостановлено на 60 дней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190 от 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Вынесено 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158 от 14.11.2014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