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 от 03.03.2014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 от 18.02.2013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 от 20.02.2012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