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149 от 11.09.2012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11.09.2012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