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71-05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астерО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астерО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30005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20002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10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9 (22.05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5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рофимов Юрий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26-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ате Залк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2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1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5.2018 по 15.05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